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Erkan Koyun</w:t>
      </w:r>
    </w:p>
    <w:p>
      <w:r>
        <w:t>1209 London Square Drive, NY 12065 | 518-364-4645 | erkankoyun@erkankoyun.com</w:t>
      </w:r>
    </w:p>
    <w:p>
      <w:r>
        <w:t>https://erkankoyun.com | https://github.com/erkankoyun | https://www.linkedin.com/in/erkan-koyun-6aa709107</w:t>
      </w:r>
    </w:p>
    <w:p>
      <w:pPr>
        <w:pStyle w:val="Heading1"/>
      </w:pPr>
      <w:r>
        <w:t>Professional Summary</w:t>
      </w:r>
    </w:p>
    <w:p>
      <w:r>
        <w:t>Dedicated IT Specialist with 5+ years of hands-on experience in IT support, system administration, and technical problem-solving. Proficient in IT Service Management (ITSM) processes with working knowledge of ServiceNow for incident, asset, and change management. Skilled in managing servers, networks, and cloud-based environments, with strong analytical and troubleshooting abilities. Passionate about delivering efficient, secure, and user-friendly technology solutions.</w:t>
      </w:r>
    </w:p>
    <w:p>
      <w:pPr>
        <w:pStyle w:val="Heading1"/>
      </w:pPr>
      <w:r>
        <w:t>Technical Skills</w:t>
      </w:r>
    </w:p>
    <w:p>
      <w:pPr>
        <w:pStyle w:val="ListBullet"/>
      </w:pPr>
      <w:r>
        <w:t>Platforms &amp; Tools: ServiceNow (Incident, Asset, Change, Knowledge Management), Active Directory, Microsoft 365, Windows Server, Firewall Management</w:t>
      </w:r>
    </w:p>
    <w:p>
      <w:pPr>
        <w:pStyle w:val="ListBullet"/>
      </w:pPr>
      <w:r>
        <w:t>Cloud &amp; Virtualization: AWS (basic), Azure (basic), VMware ESXi, Proxmox</w:t>
      </w:r>
    </w:p>
    <w:p>
      <w:pPr>
        <w:pStyle w:val="ListBullet"/>
      </w:pPr>
      <w:r>
        <w:t>Programming &amp; Scripting: Python (basic), SQL, HTML/CSS</w:t>
      </w:r>
    </w:p>
    <w:p>
      <w:pPr>
        <w:pStyle w:val="ListBullet"/>
      </w:pPr>
      <w:r>
        <w:t>ITSM &amp; Administration: ITIL-based processes, Ticketing systems, Asset management, System upgrades, User training</w:t>
      </w:r>
    </w:p>
    <w:p>
      <w:pPr>
        <w:pStyle w:val="ListBullet"/>
      </w:pPr>
      <w:r>
        <w:t>Software: Microsoft Office Suite, Excel (Advanced), Word, PowerPoint</w:t>
      </w:r>
    </w:p>
    <w:p>
      <w:pPr>
        <w:pStyle w:val="Heading1"/>
      </w:pPr>
      <w:r>
        <w:t>Professional Experience</w:t>
      </w:r>
    </w:p>
    <w:p>
      <w:pPr>
        <w:pStyle w:val="Heading3"/>
      </w:pPr>
      <w:r>
        <w:t>TEKO – BERCA – IT Manager / System Administrator</w:t>
      </w:r>
    </w:p>
    <w:p>
      <w:r>
        <w:t>09/2015 – 03/2019</w:t>
      </w:r>
    </w:p>
    <w:p>
      <w:pPr>
        <w:pStyle w:val="ListBullet"/>
      </w:pPr>
      <w:r>
        <w:t>Managed and configured IT infrastructure for two sister companies, overseeing servers, firewalls, and network security.</w:t>
      </w:r>
    </w:p>
    <w:p>
      <w:pPr>
        <w:pStyle w:val="ListBullet"/>
      </w:pPr>
      <w:r>
        <w:t>Administered ServiceNow (or similar ITSM tool) for incident tracking, asset management, and service requests.</w:t>
      </w:r>
    </w:p>
    <w:p>
      <w:pPr>
        <w:pStyle w:val="ListBullet"/>
      </w:pPr>
      <w:r>
        <w:t>Implemented data backup strategies (cloud &amp; on-premises) ensuring business continuity.</w:t>
      </w:r>
    </w:p>
    <w:p>
      <w:pPr>
        <w:pStyle w:val="ListBullet"/>
      </w:pPr>
      <w:r>
        <w:t>Provided technical support for 100+ employees, resolving hardware, software, and network issues.</w:t>
      </w:r>
    </w:p>
    <w:p>
      <w:pPr>
        <w:pStyle w:val="ListBullet"/>
      </w:pPr>
      <w:r>
        <w:t>Led system upgrades and integration projects, reducing downtime by 20%.</w:t>
      </w:r>
    </w:p>
    <w:p>
      <w:pPr>
        <w:pStyle w:val="Heading3"/>
      </w:pPr>
      <w:r>
        <w:t>Eastern Mediterranean University – Teaching Assistant</w:t>
      </w:r>
    </w:p>
    <w:p>
      <w:r>
        <w:t>09/2014 – 07/2015</w:t>
      </w:r>
    </w:p>
    <w:p>
      <w:pPr>
        <w:pStyle w:val="ListBullet"/>
      </w:pPr>
      <w:r>
        <w:t>Delivered 20 hours/week of Microsoft Word &amp; Excel instruction to 4 classes.</w:t>
      </w:r>
    </w:p>
    <w:p>
      <w:pPr>
        <w:pStyle w:val="ListBullet"/>
      </w:pPr>
      <w:r>
        <w:t>Assisted in IT lab management, troubleshooting PCs and maintaining system functionality.</w:t>
      </w:r>
    </w:p>
    <w:p>
      <w:pPr>
        <w:pStyle w:val="Heading3"/>
      </w:pPr>
      <w:r>
        <w:t>Sanko – IT Support Technician</w:t>
      </w:r>
    </w:p>
    <w:p>
      <w:r>
        <w:t>06/2006 – 09/2008</w:t>
      </w:r>
    </w:p>
    <w:p>
      <w:pPr>
        <w:pStyle w:val="ListBullet"/>
      </w:pPr>
      <w:r>
        <w:t>Performed weekly backups to cloud and HDD for data security.</w:t>
      </w:r>
    </w:p>
    <w:p>
      <w:pPr>
        <w:pStyle w:val="ListBullet"/>
      </w:pPr>
      <w:r>
        <w:t>Logged and tracked inventory and production data in enterprise systems.</w:t>
      </w:r>
    </w:p>
    <w:p>
      <w:pPr>
        <w:pStyle w:val="ListBullet"/>
      </w:pPr>
      <w:r>
        <w:t>Monitored incoming production products and maintained accurate records.</w:t>
      </w:r>
    </w:p>
    <w:p>
      <w:pPr>
        <w:pStyle w:val="Heading1"/>
      </w:pPr>
      <w:r>
        <w:t>Education</w:t>
      </w:r>
    </w:p>
    <w:p>
      <w:pPr>
        <w:pStyle w:val="Heading3"/>
      </w:pPr>
      <w:r>
        <w:t>Fulton-Montgomery Community College – Computer Science</w:t>
      </w:r>
    </w:p>
    <w:p>
      <w:r>
        <w:t>09/2019 – 02/2021</w:t>
      </w:r>
    </w:p>
    <w:p>
      <w:r>
        <w:t>Completed coursework in Networking, Database Systems, Web Development, and IT Support. Accumulated over 15 computer science credits (qualifying for NYS minimum credit requirement).</w:t>
      </w:r>
    </w:p>
    <w:p>
      <w:pPr>
        <w:pStyle w:val="Heading3"/>
      </w:pPr>
      <w:r>
        <w:t>Eastern Mediterranean University – Computer Programming (Associate Degree)</w:t>
      </w:r>
    </w:p>
    <w:p>
      <w:r>
        <w:t>09/2013 – 07/2015</w:t>
      </w:r>
    </w:p>
    <w:p>
      <w:pPr>
        <w:pStyle w:val="Heading1"/>
      </w:pPr>
      <w:r>
        <w:t>Certifications</w:t>
      </w:r>
    </w:p>
    <w:p>
      <w:pPr>
        <w:pStyle w:val="ListBullet"/>
      </w:pPr>
      <w:r>
        <w:t>ServiceNow Certified System Administrator (CSA) *(if obtained)*</w:t>
      </w:r>
    </w:p>
    <w:p>
      <w:pPr>
        <w:pStyle w:val="ListBullet"/>
      </w:pPr>
      <w:r>
        <w:t>MS Excel Certificate – Istanbul Technical University (01/2017 – 03/2017)</w:t>
      </w:r>
    </w:p>
    <w:p>
      <w:pPr>
        <w:pStyle w:val="ListBullet"/>
      </w:pPr>
      <w:r>
        <w:t>Software and QA Engineer – RenasTech (08/2022 – 02/2023)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